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59670B" w14:textId="0A1011EA" w:rsidR="00AA37A5" w:rsidRDefault="001F5092">
      <w:pPr>
        <w:spacing w:after="120"/>
        <w:jc w:val="center"/>
      </w:pPr>
      <w:r>
        <w:rPr>
          <w:b/>
          <w:sz w:val="32"/>
        </w:rPr>
        <w:t>Big Data Expo Volunteer Position Record Card</w:t>
      </w:r>
    </w:p>
    <w:p w14:paraId="36D2DB53" w14:textId="77777777" w:rsidR="00AA37A5" w:rsidRDefault="001F5092">
      <w:pPr>
        <w:spacing w:after="120"/>
      </w:pPr>
      <w:r>
        <w:rPr>
          <w:b/>
        </w:rPr>
        <w:t>I. Basic Information</w:t>
      </w:r>
    </w:p>
    <w:p w14:paraId="5234E02F" w14:textId="56F6C243" w:rsidR="00AA37A5" w:rsidRDefault="001F5092">
      <w:pPr>
        <w:spacing w:after="120"/>
      </w:pPr>
      <w:r>
        <w:t>Name: _</w:t>
      </w:r>
      <w:r w:rsidR="001627FD">
        <w:t>Marambakudirwa Veryson</w:t>
      </w:r>
      <w:r>
        <w:t>_</w:t>
      </w:r>
      <w:r>
        <w:t>_</w:t>
      </w:r>
      <w:r w:rsidR="00AE74EE">
        <w:t>______</w:t>
      </w:r>
      <w:r>
        <w:t xml:space="preserve">  </w:t>
      </w:r>
      <w:r>
        <w:t xml:space="preserve">Gender: </w:t>
      </w:r>
      <w:r>
        <w:t>_</w:t>
      </w:r>
      <w:r w:rsidR="00AE74EE">
        <w:t>____</w:t>
      </w:r>
      <w:r w:rsidR="001627FD">
        <w:t>Male</w:t>
      </w:r>
      <w:r>
        <w:t>_</w:t>
      </w:r>
      <w:r>
        <w:br/>
      </w:r>
      <w:r>
        <w:t>School</w:t>
      </w:r>
      <w:r>
        <w:t xml:space="preserve">: </w:t>
      </w:r>
      <w:r w:rsidR="005D2525">
        <w:t>University of International Business and Economics</w:t>
      </w:r>
      <w:r>
        <w:br/>
      </w:r>
      <w:r>
        <w:t xml:space="preserve">College/Major: </w:t>
      </w:r>
      <w:r w:rsidR="00FE1D32">
        <w:t>___</w:t>
      </w:r>
      <w:r w:rsidR="005D2525">
        <w:t xml:space="preserve">International Public Administration </w:t>
      </w:r>
      <w:r w:rsidR="00FE1D32">
        <w:t>___</w:t>
      </w:r>
      <w:r>
        <w:br/>
      </w:r>
      <w:r>
        <w:t>Grade:</w:t>
      </w:r>
      <w:r w:rsidR="006B1A75">
        <w:t>____</w:t>
      </w:r>
      <w:r>
        <w:t xml:space="preserve"> </w:t>
      </w:r>
      <w:r w:rsidR="005D2525">
        <w:t>Master</w:t>
      </w:r>
      <w:r w:rsidR="00FE1D32">
        <w:t>____</w:t>
      </w:r>
      <w:r>
        <w:br/>
      </w:r>
      <w:r>
        <w:t xml:space="preserve">Volunteer Position: </w:t>
      </w:r>
      <w:r w:rsidR="00DC6B4C" w:rsidRPr="00DC6B4C">
        <w:t>Bilingual Exhibition Guide &amp; International Guest Service Volunteer</w:t>
      </w:r>
      <w:r>
        <w:br/>
      </w:r>
      <w:r>
        <w:t xml:space="preserve">Service Period: </w:t>
      </w:r>
      <w:r w:rsidR="003906A2">
        <w:t>2026</w:t>
      </w:r>
      <w:r>
        <w:t xml:space="preserve"> Year </w:t>
      </w:r>
      <w:r w:rsidR="00CF27DB">
        <w:t>07</w:t>
      </w:r>
      <w:r>
        <w:t xml:space="preserve"> Month </w:t>
      </w:r>
      <w:r w:rsidR="00A73B7F">
        <w:t>02</w:t>
      </w:r>
      <w:r>
        <w:t xml:space="preserve"> Day to </w:t>
      </w:r>
      <w:r w:rsidR="00517805">
        <w:t>2026</w:t>
      </w:r>
      <w:r>
        <w:t xml:space="preserve"> Year </w:t>
      </w:r>
      <w:r w:rsidR="00517805">
        <w:t xml:space="preserve"> 07</w:t>
      </w:r>
      <w:r>
        <w:t xml:space="preserve">Month </w:t>
      </w:r>
      <w:r w:rsidR="00517805">
        <w:t>04</w:t>
      </w:r>
      <w:r>
        <w:t>Day</w:t>
      </w:r>
      <w:r>
        <w:br/>
      </w:r>
      <w:r>
        <w:t xml:space="preserve">Team/Group: </w:t>
      </w:r>
      <w:r w:rsidR="006939EF">
        <w:t>_____</w:t>
      </w:r>
      <w:r w:rsidR="008E5843" w:rsidRPr="008E5843">
        <w:t>Bilingual Consulting Mobile Translation Team</w:t>
      </w:r>
      <w:r w:rsidR="006939EF">
        <w:t>___</w:t>
      </w:r>
    </w:p>
    <w:p w14:paraId="51894D87" w14:textId="77777777" w:rsidR="00AA37A5" w:rsidRDefault="001F5092">
      <w:pPr>
        <w:spacing w:after="120"/>
      </w:pPr>
      <w:r>
        <w:rPr>
          <w:b/>
        </w:rPr>
        <w:t>II. Position Responsibilities (General Requirements)</w:t>
      </w:r>
    </w:p>
    <w:p w14:paraId="1B7027CF" w14:textId="77777777" w:rsidR="00AA37A5" w:rsidRDefault="001F5092">
      <w:pPr>
        <w:spacing w:after="120"/>
      </w:pPr>
      <w:r>
        <w:t>1. Comply with the regulations of the Big Data Expo Organizing Committee and volunteer management rules.</w:t>
      </w:r>
      <w:r>
        <w:br/>
      </w:r>
      <w:r>
        <w:t>2. Arrive at the post on time, without being late or leaving early.</w:t>
      </w:r>
      <w:r>
        <w:br/>
      </w:r>
      <w:r>
        <w:t>3. Maintain a good mental outlook and professional image.</w:t>
      </w:r>
      <w:r>
        <w:br/>
      </w:r>
      <w:r>
        <w:t>4. Provide warm, professional, and courteous service to guests and participants.</w:t>
      </w:r>
      <w:r>
        <w:br/>
      </w:r>
      <w:r>
        <w:t>5. Complete assigned duties carefully and follow work arrangements and coordination.</w:t>
      </w:r>
      <w:r>
        <w:br/>
      </w:r>
      <w:r>
        <w:t>6. Actively assist team members and demonstrate good teamwork.</w:t>
      </w:r>
      <w:r>
        <w:br/>
      </w:r>
      <w:r>
        <w:t>7. Handle emergencies promptly and report them to the person in charge.</w:t>
      </w:r>
      <w:r>
        <w:br/>
      </w:r>
      <w:r>
        <w:t>8. Demonstrate the strong sense of responsibility and service spirit of young volunteers in the new era.</w:t>
      </w:r>
    </w:p>
    <w:p w14:paraId="38B3FC07" w14:textId="77777777" w:rsidR="00AA37A5" w:rsidRDefault="001F5092">
      <w:pPr>
        <w:spacing w:after="120"/>
      </w:pPr>
      <w:r>
        <w:rPr>
          <w:b/>
        </w:rPr>
        <w:t>III. Position-Specific Responsibilities (To be completed according to each position)</w:t>
      </w:r>
    </w:p>
    <w:p w14:paraId="2EB45BBE" w14:textId="77777777" w:rsidR="0034331A" w:rsidRDefault="001F5092">
      <w:pPr>
        <w:spacing w:after="120"/>
      </w:pPr>
      <w:r>
        <w:t xml:space="preserve">Position Name: </w:t>
      </w:r>
      <w:r w:rsidR="00A566C8" w:rsidRPr="00A566C8">
        <w:t>Bilingual Exhibition Guide &amp; International Guest Service Volunteer</w:t>
      </w:r>
    </w:p>
    <w:p w14:paraId="6BD86B7C" w14:textId="6459C19C" w:rsidR="00AA37A5" w:rsidRDefault="001F5092">
      <w:pPr>
        <w:spacing w:after="120"/>
      </w:pPr>
      <w:r>
        <w:br/>
      </w:r>
      <w:r>
        <w:t>Main Responsibilities:</w:t>
      </w:r>
      <w:r>
        <w:br/>
      </w:r>
      <w:r>
        <w:t xml:space="preserve">1. </w:t>
      </w:r>
      <w:r w:rsidR="00703B9E" w:rsidRPr="00703B9E">
        <w:t>Deliver guided tours for overseas leaders</w:t>
      </w:r>
      <w:r w:rsidR="00453039">
        <w:t xml:space="preserve"> and </w:t>
      </w:r>
      <w:r w:rsidR="00703B9E" w:rsidRPr="00703B9E">
        <w:t>international participants.</w:t>
      </w:r>
      <w:r>
        <w:br/>
      </w:r>
      <w:r>
        <w:t>2</w:t>
      </w:r>
      <w:r w:rsidR="0048070E">
        <w:t xml:space="preserve">. </w:t>
      </w:r>
      <w:r w:rsidR="0048070E" w:rsidRPr="0048070E">
        <w:t>Introduce each exhibition zone including International Cooperation Area, enterprise booths, Global OPC Co-Creation Festival and AI Workshop to visitors along the designated visiting route.</w:t>
      </w:r>
      <w:r>
        <w:br/>
      </w:r>
      <w:r>
        <w:t xml:space="preserve">3. </w:t>
      </w:r>
      <w:r w:rsidR="007735BD" w:rsidRPr="007735BD">
        <w:t>Assist foreign visitors with venue guidance, booth navigation and on-site interpretation support during the exhibition period.</w:t>
      </w:r>
      <w:r>
        <w:br/>
      </w:r>
      <w:r>
        <w:t xml:space="preserve">4. </w:t>
      </w:r>
      <w:r w:rsidR="00A8006B" w:rsidRPr="00A8006B">
        <w:t>Cooperate with volunteer supervisors and exhibitor staff to maintain on-site order and support smooth operation of all exhibition sections</w:t>
      </w:r>
      <w:r>
        <w:br/>
      </w:r>
      <w:r>
        <w:t xml:space="preserve">5. </w:t>
      </w:r>
      <w:r w:rsidR="002C543E" w:rsidRPr="002C543E">
        <w:t>Answer cross-border consultation questions regarding digital economy exhibitors, international cooperation projects, national pavilions and expo event schedules.</w:t>
      </w:r>
    </w:p>
    <w:p w14:paraId="68A0772B" w14:textId="77777777" w:rsidR="00AA37A5" w:rsidRDefault="001F5092">
      <w:pPr>
        <w:spacing w:after="120"/>
      </w:pPr>
      <w:r>
        <w:rPr>
          <w:b/>
        </w:rPr>
        <w:t>IV. Personal Daily Work Record</w:t>
      </w:r>
    </w:p>
    <w:p w14:paraId="6F08A7E0" w14:textId="379A6ED2" w:rsidR="00AA37A5" w:rsidRDefault="001F5092">
      <w:pPr>
        <w:spacing w:after="120"/>
      </w:pPr>
      <w:r>
        <w:t xml:space="preserve">Date: </w:t>
      </w:r>
      <w:r w:rsidR="00B05B95">
        <w:t>__</w:t>
      </w:r>
      <w:r w:rsidR="00C84C20">
        <w:t>2026</w:t>
      </w:r>
      <w:r w:rsidR="00E3155A">
        <w:t>.7.2-7.4</w:t>
      </w:r>
      <w:r w:rsidR="00B05B95">
        <w:t>__</w:t>
      </w:r>
      <w:r w:rsidR="001F0E69">
        <w:t>__________</w:t>
      </w:r>
      <w:r>
        <w:br/>
      </w:r>
      <w:r>
        <w:t>Working Hours: __</w:t>
      </w:r>
      <w:r w:rsidR="00DB5E8E">
        <w:t>7:00-17:00</w:t>
      </w:r>
      <w:r>
        <w:t>___________</w:t>
      </w:r>
      <w:r>
        <w:br/>
      </w:r>
      <w:r>
        <w:t xml:space="preserve">Work Content: </w:t>
      </w:r>
      <w:r w:rsidR="00DE2172" w:rsidRPr="00DE2172">
        <w:t>Received pre-service training and mastered bilingual tour scripts. Led groups of international guests for full-site guided tours during the expo.</w:t>
      </w:r>
      <w:r>
        <w:br/>
      </w:r>
      <w:r>
        <w:t>Completion Status</w:t>
      </w:r>
      <w:r w:rsidR="00E76C6F">
        <w:t xml:space="preserve">: </w:t>
      </w:r>
      <w:r w:rsidR="00411B4C" w:rsidRPr="00411B4C">
        <w:t>Finished all guiding, reception and handover tasks fully and as scheduled.</w:t>
      </w:r>
      <w:r>
        <w:br/>
      </w:r>
      <w:r>
        <w:t xml:space="preserve">Special Notes: </w:t>
      </w:r>
      <w:r w:rsidR="00D54F6F" w:rsidRPr="00D54F6F">
        <w:t xml:space="preserve">Provided on-site interpretation for foreign </w:t>
      </w:r>
      <w:r w:rsidR="00B85160">
        <w:t xml:space="preserve">leaders </w:t>
      </w:r>
      <w:r w:rsidR="00D54F6F" w:rsidRPr="00D54F6F">
        <w:t>and witnessed the Global AI-OPC Ecosystem Community launch ceremony.</w:t>
      </w:r>
    </w:p>
    <w:p w14:paraId="3A1D34DC" w14:textId="77777777" w:rsidR="00AA37A5" w:rsidRDefault="00AA37A5">
      <w:pPr>
        <w:spacing w:after="120"/>
      </w:pPr>
    </w:p>
    <w:p w14:paraId="0D81B8C3" w14:textId="77777777" w:rsidR="00AA37A5" w:rsidRDefault="001F5092">
      <w:pPr>
        <w:spacing w:after="120"/>
      </w:pPr>
      <w:r>
        <w:rPr>
          <w:b/>
        </w:rPr>
        <w:t>VI. Overall Performance Evaluation</w:t>
      </w:r>
    </w:p>
    <w:p w14:paraId="4499C657" w14:textId="77777777" w:rsidR="00AA37A5" w:rsidRDefault="001F5092">
      <w:pPr>
        <w:spacing w:after="120"/>
      </w:pPr>
      <w:r>
        <w:t xml:space="preserve">During the volunteer service for the 2026 China International Big Data Industry Expo, the volunteer strictly complied with the rules and regulations of the Organizing Committee, followed work arrangements, arrived at the post on time, and fulfilled the assigned duties conscientiously. The volunteer showed a positive and responsible work attitude, a strong sense of responsibility, good service awareness, and a spirit of teamwork. During the service period, the volunteer demonstrated strong communication and </w:t>
      </w:r>
      <w:r>
        <w:t>execution skills, actively completed assigned tasks, and showed good professional competence and the spirit of young volunteers, making a positive contribution to the smooth running of this event.</w:t>
      </w:r>
    </w:p>
    <w:p w14:paraId="5A5AC59B" w14:textId="33BF3FCB" w:rsidR="00AA37A5" w:rsidRDefault="001F5092">
      <w:pPr>
        <w:spacing w:after="120"/>
      </w:pPr>
      <w:r>
        <w:t xml:space="preserve">Overall Evaluation Level: </w:t>
      </w:r>
      <w:r>
        <w:t xml:space="preserve"> </w:t>
      </w:r>
      <w:r w:rsidR="00DC3AE0">
        <w:rPr>
          <w:rFonts w:ascii="Apple Color Emoji" w:hAnsi="Apple Color Emoji" w:cs="Apple Color Emoji"/>
          <w:color w:val="000000"/>
          <w:sz w:val="25"/>
          <w:szCs w:val="25"/>
        </w:rPr>
        <w:t>☑</w:t>
      </w:r>
      <w:r>
        <w:t>Excellent  □ Good  □ Qualified</w:t>
      </w:r>
    </w:p>
    <w:p w14:paraId="675BA884" w14:textId="3981127B" w:rsidR="00AA37A5" w:rsidRDefault="001F5092">
      <w:pPr>
        <w:spacing w:after="120"/>
      </w:pPr>
      <w:r>
        <w:t>Evaluator: _</w:t>
      </w:r>
      <w:r w:rsidR="008B42AE">
        <w:t>_Wang</w:t>
      </w:r>
      <w:r w:rsidR="00235ACF">
        <w:t xml:space="preserve"> Ran__</w:t>
      </w:r>
    </w:p>
    <w:p w14:paraId="425CCEA8" w14:textId="67208F5C" w:rsidR="00AA37A5" w:rsidRDefault="001F5092">
      <w:pPr>
        <w:spacing w:after="120"/>
      </w:pPr>
      <w:r>
        <w:t>Position/Title: __</w:t>
      </w:r>
      <w:r w:rsidR="00AD20F1">
        <w:t>Team Leader__</w:t>
      </w:r>
    </w:p>
    <w:p w14:paraId="7D70E2C9" w14:textId="533B62D2" w:rsidR="00AA37A5" w:rsidRDefault="001F5092">
      <w:pPr>
        <w:spacing w:after="120"/>
      </w:pPr>
      <w:r>
        <w:t>Date: _</w:t>
      </w:r>
      <w:r w:rsidR="00AD20F1">
        <w:t>2026</w:t>
      </w:r>
      <w:r w:rsidR="00F715D9">
        <w:t xml:space="preserve"> </w:t>
      </w:r>
      <w:r>
        <w:t>Year _</w:t>
      </w:r>
      <w:r w:rsidR="00AD20F1">
        <w:t>07</w:t>
      </w:r>
      <w:r>
        <w:t xml:space="preserve"> Month _</w:t>
      </w:r>
      <w:r w:rsidR="00AD20F1">
        <w:t>04</w:t>
      </w:r>
      <w:r w:rsidR="003647DF">
        <w:t xml:space="preserve"> </w:t>
      </w:r>
      <w:r>
        <w:t>Day</w:t>
      </w:r>
    </w:p>
    <w:sectPr w:rsidR="00AA37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8859620">
    <w:abstractNumId w:val="8"/>
  </w:num>
  <w:num w:numId="2" w16cid:durableId="531497457">
    <w:abstractNumId w:val="6"/>
  </w:num>
  <w:num w:numId="3" w16cid:durableId="708802963">
    <w:abstractNumId w:val="5"/>
  </w:num>
  <w:num w:numId="4" w16cid:durableId="1203908594">
    <w:abstractNumId w:val="4"/>
  </w:num>
  <w:num w:numId="5" w16cid:durableId="1112894691">
    <w:abstractNumId w:val="7"/>
  </w:num>
  <w:num w:numId="6" w16cid:durableId="1480069679">
    <w:abstractNumId w:val="3"/>
  </w:num>
  <w:num w:numId="7" w16cid:durableId="1314529122">
    <w:abstractNumId w:val="2"/>
  </w:num>
  <w:num w:numId="8" w16cid:durableId="1138643827">
    <w:abstractNumId w:val="1"/>
  </w:num>
  <w:num w:numId="9" w16cid:durableId="11731034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ECE"/>
    <w:rsid w:val="00131BF8"/>
    <w:rsid w:val="0015074B"/>
    <w:rsid w:val="001627FD"/>
    <w:rsid w:val="001F0E69"/>
    <w:rsid w:val="001F5092"/>
    <w:rsid w:val="00232A20"/>
    <w:rsid w:val="00235ACF"/>
    <w:rsid w:val="0029639D"/>
    <w:rsid w:val="002C543E"/>
    <w:rsid w:val="003140FD"/>
    <w:rsid w:val="00326F90"/>
    <w:rsid w:val="0034331A"/>
    <w:rsid w:val="003647DF"/>
    <w:rsid w:val="00386014"/>
    <w:rsid w:val="003906A2"/>
    <w:rsid w:val="00400C9C"/>
    <w:rsid w:val="00411B4C"/>
    <w:rsid w:val="00453039"/>
    <w:rsid w:val="0048070E"/>
    <w:rsid w:val="00517805"/>
    <w:rsid w:val="00574640"/>
    <w:rsid w:val="005B239E"/>
    <w:rsid w:val="005D2525"/>
    <w:rsid w:val="006939EF"/>
    <w:rsid w:val="006B1A75"/>
    <w:rsid w:val="00703B9E"/>
    <w:rsid w:val="007735BD"/>
    <w:rsid w:val="00835ADD"/>
    <w:rsid w:val="008A3A73"/>
    <w:rsid w:val="008B42AE"/>
    <w:rsid w:val="008E5843"/>
    <w:rsid w:val="00A566C8"/>
    <w:rsid w:val="00A73B7F"/>
    <w:rsid w:val="00A8006B"/>
    <w:rsid w:val="00AA1D8D"/>
    <w:rsid w:val="00AA37A5"/>
    <w:rsid w:val="00AD20F1"/>
    <w:rsid w:val="00AE74EE"/>
    <w:rsid w:val="00B05B95"/>
    <w:rsid w:val="00B47730"/>
    <w:rsid w:val="00B8258A"/>
    <w:rsid w:val="00B85160"/>
    <w:rsid w:val="00C84C20"/>
    <w:rsid w:val="00CB0664"/>
    <w:rsid w:val="00CF27DB"/>
    <w:rsid w:val="00D42ACB"/>
    <w:rsid w:val="00D54F6F"/>
    <w:rsid w:val="00DB5E8E"/>
    <w:rsid w:val="00DC3AE0"/>
    <w:rsid w:val="00DC6B4C"/>
    <w:rsid w:val="00DE2172"/>
    <w:rsid w:val="00E27C8A"/>
    <w:rsid w:val="00E3155A"/>
    <w:rsid w:val="00E76C6F"/>
    <w:rsid w:val="00E833A4"/>
    <w:rsid w:val="00EA1167"/>
    <w:rsid w:val="00F715D9"/>
    <w:rsid w:val="00F92A81"/>
    <w:rsid w:val="00FC693F"/>
    <w:rsid w:val="00FE1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B893E7"/>
  <w14:defaultImageDpi w14:val="300"/>
  <w15:docId w15:val="{55A7A533-4A96-E64C-9249-E3E5A3C8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Murojah Sphatiah</cp:lastModifiedBy>
  <cp:revision>2</cp:revision>
  <dcterms:created xsi:type="dcterms:W3CDTF">2026-07-04T06:59:00Z</dcterms:created>
  <dcterms:modified xsi:type="dcterms:W3CDTF">2026-07-04T06:59:00Z</dcterms:modified>
  <cp:category/>
</cp:coreProperties>
</file>